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143F"/>
          <w:sz w:val="36"/>
        </w:rPr>
        <w:t>Manuscript Template</w:t>
      </w:r>
    </w:p>
    <w:p>
      <w:pPr>
        <w:jc w:val="center"/>
      </w:pPr>
      <w:r>
        <w:rPr>
          <w:color w:val="475569"/>
          <w:sz w:val="18"/>
        </w:rPr>
        <w:t>Bangladesh Society of Colon &amp; Rectal Surgeons (BSCRS)</w:t>
      </w:r>
    </w:p>
    <w:p>
      <w:pPr>
        <w:spacing w:after="80"/>
        <w:jc w:val="center"/>
      </w:pPr>
      <w:r>
        <w:rPr>
          <w:b w:val="0"/>
          <w:sz w:val="20"/>
        </w:rPr>
        <w:t>Use Microsoft Word DOC/DOCX format. Keep the file simple, single-column, 12-point Times New Roman, single spaced, with page numbers. Do not add decorative page design.</w:t>
      </w:r>
    </w:p>
    <w:p>
      <w:pPr>
        <w:pStyle w:val="Heading1"/>
      </w:pPr>
      <w:r>
        <w:rPr>
          <w:b/>
          <w:color w:val="0D4FA3"/>
          <w:sz w:val="26"/>
        </w:rPr>
        <w:t>Title Page</w:t>
      </w:r>
    </w:p>
    <w:p>
      <w:pPr>
        <w:spacing w:after="80"/>
      </w:pPr>
      <w:r>
        <w:rPr>
          <w:b/>
          <w:sz w:val="20"/>
        </w:rPr>
        <w:t>Article title: [Insert concise and informative title]</w:t>
      </w:r>
    </w:p>
    <w:p>
      <w:pPr>
        <w:spacing w:after="80"/>
      </w:pPr>
      <w:r>
        <w:rPr>
          <w:b w:val="0"/>
          <w:sz w:val="20"/>
        </w:rPr>
        <w:t>Authors: [First name Middle initial Last name for each author]</w:t>
      </w:r>
    </w:p>
    <w:p>
      <w:pPr>
        <w:spacing w:after="80"/>
      </w:pPr>
      <w:r>
        <w:rPr>
          <w:b w:val="0"/>
          <w:sz w:val="20"/>
        </w:rPr>
        <w:t>Affiliations: [Department, Institution, City, Country]</w:t>
      </w:r>
    </w:p>
    <w:p>
      <w:pPr>
        <w:spacing w:after="80"/>
      </w:pPr>
      <w:r>
        <w:rPr>
          <w:b w:val="0"/>
          <w:sz w:val="20"/>
        </w:rPr>
        <w:t>Corresponding author: [Name, postal address, telephone, email]</w:t>
      </w:r>
    </w:p>
    <w:p>
      <w:pPr>
        <w:spacing w:after="80"/>
      </w:pPr>
      <w:r>
        <w:rPr>
          <w:b w:val="0"/>
          <w:sz w:val="20"/>
        </w:rPr>
        <w:t>ORCID iD / Academic profile links: [ORCID, ResearchGate, Google Scholar where available]</w:t>
      </w:r>
    </w:p>
    <w:p>
      <w:pPr>
        <w:pStyle w:val="Heading1"/>
      </w:pPr>
      <w:r>
        <w:rPr>
          <w:b/>
          <w:color w:val="0D4FA3"/>
          <w:sz w:val="26"/>
        </w:rPr>
        <w:t>Abstract</w:t>
      </w:r>
    </w:p>
    <w:p>
      <w:pPr>
        <w:spacing w:after="80"/>
      </w:pPr>
      <w:r>
        <w:rPr>
          <w:b w:val="0"/>
          <w:sz w:val="20"/>
        </w:rPr>
        <w:t>Background: [Why the study was performed and the question addressed]</w:t>
      </w:r>
    </w:p>
    <w:p>
      <w:pPr>
        <w:spacing w:after="80"/>
      </w:pPr>
      <w:r>
        <w:rPr>
          <w:b w:val="0"/>
          <w:sz w:val="20"/>
        </w:rPr>
        <w:t>Methods: [Study design, setting, participants/patients, intervention or procedure, analysis]</w:t>
      </w:r>
    </w:p>
    <w:p>
      <w:pPr>
        <w:spacing w:after="80"/>
      </w:pPr>
      <w:r>
        <w:rPr>
          <w:b w:val="0"/>
          <w:sz w:val="20"/>
        </w:rPr>
        <w:t>Results: [Main findings relevant to the study question]</w:t>
      </w:r>
    </w:p>
    <w:p>
      <w:pPr>
        <w:spacing w:after="80"/>
      </w:pPr>
      <w:r>
        <w:rPr>
          <w:b w:val="0"/>
          <w:sz w:val="20"/>
        </w:rPr>
        <w:t>Conclusions: [Key interpretation and clinical/surgical significance]</w:t>
      </w:r>
    </w:p>
    <w:p>
      <w:pPr>
        <w:spacing w:after="80"/>
      </w:pPr>
      <w:r>
        <w:rPr>
          <w:b w:val="0"/>
          <w:sz w:val="20"/>
        </w:rPr>
        <w:t>Keywords: [3-6 keywords]</w:t>
      </w:r>
    </w:p>
    <w:p>
      <w:pPr>
        <w:pStyle w:val="Heading1"/>
      </w:pPr>
      <w:r>
        <w:rPr>
          <w:b/>
          <w:color w:val="0D4FA3"/>
          <w:sz w:val="26"/>
        </w:rPr>
        <w:t>Introduction</w:t>
      </w:r>
    </w:p>
    <w:p>
      <w:pPr>
        <w:spacing w:after="80"/>
      </w:pPr>
      <w:r>
        <w:rPr>
          <w:b w:val="0"/>
          <w:sz w:val="20"/>
        </w:rPr>
        <w:t>[Insert section text here]</w:t>
      </w:r>
    </w:p>
    <w:p>
      <w:pPr>
        <w:pStyle w:val="Heading1"/>
      </w:pPr>
      <w:r>
        <w:rPr>
          <w:b/>
          <w:color w:val="0D4FA3"/>
          <w:sz w:val="26"/>
        </w:rPr>
        <w:t>Methods</w:t>
      </w:r>
    </w:p>
    <w:p>
      <w:pPr>
        <w:spacing w:after="80"/>
      </w:pPr>
      <w:r>
        <w:rPr>
          <w:b w:val="0"/>
          <w:sz w:val="20"/>
        </w:rPr>
        <w:t>Describe methods in sufficient detail. Mention ethical approval for human/animal subjects where applicable. Follow appropriate reporting guidelines such as CONSORT, STROBE, PRISMA or CARE where relevant.</w:t>
      </w:r>
    </w:p>
    <w:p>
      <w:pPr>
        <w:pStyle w:val="Heading1"/>
      </w:pPr>
      <w:r>
        <w:rPr>
          <w:b/>
          <w:color w:val="0D4FA3"/>
          <w:sz w:val="26"/>
        </w:rPr>
        <w:t>Results</w:t>
      </w:r>
    </w:p>
    <w:p>
      <w:pPr>
        <w:spacing w:after="80"/>
      </w:pPr>
      <w:r>
        <w:rPr>
          <w:b w:val="0"/>
          <w:sz w:val="20"/>
        </w:rPr>
        <w:t>[Insert section text here]</w:t>
      </w:r>
    </w:p>
    <w:p>
      <w:pPr>
        <w:pStyle w:val="Heading1"/>
      </w:pPr>
      <w:r>
        <w:rPr>
          <w:b/>
          <w:color w:val="0D4FA3"/>
          <w:sz w:val="26"/>
        </w:rPr>
        <w:t>Discussion and Conclusions</w:t>
      </w:r>
    </w:p>
    <w:p>
      <w:pPr>
        <w:spacing w:after="80"/>
      </w:pPr>
      <w:r>
        <w:rPr>
          <w:b w:val="0"/>
          <w:sz w:val="20"/>
        </w:rPr>
        <w:t>[Insert section text here]</w:t>
      </w:r>
    </w:p>
    <w:p>
      <w:pPr>
        <w:pStyle w:val="Heading1"/>
      </w:pPr>
      <w:r>
        <w:rPr>
          <w:b/>
          <w:color w:val="0D4FA3"/>
          <w:sz w:val="26"/>
        </w:rPr>
        <w:t>Acknowledgements</w:t>
      </w:r>
    </w:p>
    <w:p>
      <w:pPr>
        <w:spacing w:after="80"/>
      </w:pPr>
      <w:r>
        <w:rPr>
          <w:b w:val="0"/>
          <w:sz w:val="20"/>
        </w:rPr>
        <w:t>[Insert section text here]</w:t>
      </w:r>
    </w:p>
    <w:p>
      <w:pPr>
        <w:pStyle w:val="Heading1"/>
      </w:pPr>
      <w:r>
        <w:rPr>
          <w:b/>
          <w:color w:val="0D4FA3"/>
          <w:sz w:val="26"/>
        </w:rPr>
        <w:t>Declarations</w:t>
      </w:r>
    </w:p>
    <w:p>
      <w:pPr>
        <w:pStyle w:val="ListBullet"/>
        <w:spacing w:after="40"/>
      </w:pPr>
      <w:r>
        <w:rPr>
          <w:sz w:val="20"/>
        </w:rPr>
        <w:t>Funding: [None / details]</w:t>
      </w:r>
    </w:p>
    <w:p>
      <w:pPr>
        <w:pStyle w:val="ListBullet"/>
        <w:spacing w:after="40"/>
      </w:pPr>
      <w:r>
        <w:rPr>
          <w:sz w:val="20"/>
        </w:rPr>
        <w:t>Conflict of interest: [None declared / details]</w:t>
      </w:r>
    </w:p>
    <w:p>
      <w:pPr>
        <w:pStyle w:val="ListBullet"/>
        <w:spacing w:after="40"/>
      </w:pPr>
      <w:r>
        <w:rPr>
          <w:sz w:val="20"/>
        </w:rPr>
        <w:t>Ethical approval: [Not required / approval details]</w:t>
      </w:r>
    </w:p>
    <w:p>
      <w:pPr>
        <w:pStyle w:val="Heading1"/>
      </w:pPr>
      <w:r>
        <w:rPr>
          <w:b/>
          <w:color w:val="0D4FA3"/>
          <w:sz w:val="26"/>
        </w:rPr>
        <w:t>References</w:t>
      </w:r>
    </w:p>
    <w:p>
      <w:pPr>
        <w:spacing w:after="80"/>
      </w:pPr>
      <w:r>
        <w:rPr>
          <w:b w:val="0"/>
          <w:sz w:val="20"/>
        </w:rPr>
        <w:t>Number references consecutively in the order cited in the text. Use journal house/Vancouver-style formatting unless instructed otherwise.</w:t>
      </w:r>
    </w:p>
    <w:p>
      <w:pPr>
        <w:pStyle w:val="Heading1"/>
      </w:pPr>
      <w:r>
        <w:rPr>
          <w:b/>
          <w:color w:val="0D4FA3"/>
          <w:sz w:val="26"/>
        </w:rPr>
        <w:t>Tables</w:t>
      </w:r>
    </w:p>
    <w:p>
      <w:pPr>
        <w:spacing w:after="80"/>
      </w:pPr>
      <w:r>
        <w:rPr>
          <w:b w:val="0"/>
          <w:sz w:val="20"/>
        </w:rPr>
        <w:t>Place each table on a separate page or after the references. Provide a short title and explanatory footnotes where required.</w:t>
      </w:r>
    </w:p>
    <w:p>
      <w:pPr>
        <w:pStyle w:val="Heading1"/>
      </w:pPr>
      <w:r>
        <w:rPr>
          <w:b/>
          <w:color w:val="0D4FA3"/>
          <w:sz w:val="26"/>
        </w:rPr>
        <w:t>Figures and Legends</w:t>
      </w:r>
    </w:p>
    <w:p>
      <w:pPr>
        <w:spacing w:after="80"/>
      </w:pPr>
      <w:r>
        <w:rPr>
          <w:b w:val="0"/>
          <w:sz w:val="20"/>
        </w:rPr>
        <w:t>Submit high-resolution figures. Provide figure legends on a separate page. Use clear labels and consistent terminology.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Address: BMU, Shahbag, Dhaka, PO 1000  |  Email: info@jbscrs.com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07143F"/>
        <w:sz w:val="22"/>
      </w:rPr>
      <w:t>BSCRS Journal of Colon and Rectal Diseases</w:t>
    </w:r>
    <w:r>
      <w:rPr>
        <w:sz w:val="16"/>
      </w:rPr>
      <w:br/>
      <w:t>Official Journal Submission Template</w:t>
    </w:r>
    <w:r>
      <w:rPr>
        <w:sz w:val="8"/>
      </w:rPr>
      <w:br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