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7143F"/>
          <w:sz w:val="36"/>
        </w:rPr>
        <w:t>Cover Letter Template</w:t>
      </w:r>
    </w:p>
    <w:p>
      <w:pPr>
        <w:jc w:val="center"/>
      </w:pPr>
      <w:r>
        <w:rPr>
          <w:color w:val="475569"/>
          <w:sz w:val="18"/>
        </w:rPr>
        <w:t>Bangladesh Society of Colon &amp; Rectal Surgeons (BSCRS)</w:t>
      </w:r>
    </w:p>
    <w:p>
      <w:pPr>
        <w:spacing w:after="80"/>
      </w:pPr>
      <w:r>
        <w:rPr>
          <w:b w:val="0"/>
          <w:sz w:val="20"/>
        </w:rPr>
        <w:t>Date: [DD Month YYYY]</w:t>
      </w:r>
    </w:p>
    <w:p>
      <w:pPr>
        <w:spacing w:after="80"/>
      </w:pPr>
      <w:r>
        <w:rPr>
          <w:b w:val="0"/>
          <w:sz w:val="20"/>
        </w:rPr>
        <w:t>To</w:t>
      </w:r>
    </w:p>
    <w:p>
      <w:pPr>
        <w:spacing w:after="80"/>
      </w:pPr>
      <w:r>
        <w:rPr>
          <w:b w:val="0"/>
          <w:sz w:val="20"/>
        </w:rPr>
        <w:t>The Editor</w:t>
      </w:r>
    </w:p>
    <w:p>
      <w:pPr>
        <w:spacing w:after="80"/>
      </w:pPr>
      <w:r>
        <w:rPr>
          <w:b w:val="0"/>
          <w:sz w:val="20"/>
        </w:rPr>
        <w:t>BSCRS Journal of Colon and Rectal Diseases</w:t>
      </w:r>
    </w:p>
    <w:p>
      <w:pPr>
        <w:spacing w:after="80"/>
      </w:pPr>
      <w:r>
        <w:rPr>
          <w:b w:val="0"/>
          <w:sz w:val="20"/>
        </w:rPr>
        <w:t>Subject: Submission of manuscript for consideration</w:t>
      </w:r>
    </w:p>
    <w:p>
      <w:pPr>
        <w:spacing w:after="80"/>
      </w:pPr>
      <w:r>
        <w:rPr>
          <w:b w:val="0"/>
          <w:sz w:val="20"/>
        </w:rPr>
        <w:t>Dear Editor,</w:t>
      </w:r>
    </w:p>
    <w:p>
      <w:pPr>
        <w:spacing w:after="80"/>
      </w:pPr>
      <w:r>
        <w:rPr>
          <w:b w:val="0"/>
          <w:sz w:val="20"/>
        </w:rPr>
        <w:t>We are pleased to submit our manuscript entitled “[Manuscript Title]” for consideration in the BSCRS Journal of Colon and Rectal Diseases.</w:t>
      </w:r>
    </w:p>
    <w:p>
      <w:pPr>
        <w:spacing w:after="80"/>
      </w:pPr>
      <w:r>
        <w:rPr>
          <w:b w:val="0"/>
          <w:sz w:val="20"/>
        </w:rPr>
        <w:t>The manuscript is original, has not been published previously, and is not under consideration by another journal. All authors have approved the submitted version and agree with its submission to the journal.</w:t>
      </w:r>
    </w:p>
    <w:p>
      <w:pPr>
        <w:spacing w:after="80"/>
      </w:pPr>
      <w:r>
        <w:rPr>
          <w:b w:val="0"/>
          <w:sz w:val="20"/>
        </w:rPr>
        <w:t>The work is relevant to colorectal surgery, surgical science, clinical practice, education or related biomedical research. We confirm that ethical approval, patient consent, conflict of interest disclosure and funding declaration have been addressed where applicable.</w:t>
      </w:r>
    </w:p>
    <w:p>
      <w:pPr>
        <w:spacing w:after="80"/>
      </w:pPr>
      <w:r>
        <w:rPr>
          <w:b w:val="0"/>
          <w:sz w:val="20"/>
        </w:rPr>
        <w:t>Corresponding author: [Name, address, telephone, email]</w:t>
      </w:r>
    </w:p>
    <w:p>
      <w:pPr>
        <w:spacing w:after="80"/>
      </w:pPr>
      <w:r>
        <w:rPr>
          <w:b w:val="0"/>
          <w:sz w:val="20"/>
        </w:rPr>
        <w:t>Suggested reviewers, if requested by the editorial office:</w:t>
      </w:r>
    </w:p>
    <w:p>
      <w:pPr>
        <w:spacing w:after="80"/>
      </w:pPr>
      <w:r>
        <w:rPr>
          <w:b w:val="0"/>
          <w:sz w:val="20"/>
        </w:rPr>
        <w:t>1. [Name, designation, institution, email, phone, no conflict of interest]</w:t>
      </w:r>
    </w:p>
    <w:p>
      <w:pPr>
        <w:spacing w:after="80"/>
      </w:pPr>
      <w:r>
        <w:rPr>
          <w:b w:val="0"/>
          <w:sz w:val="20"/>
        </w:rPr>
        <w:t>2. [Name, designation, institution, email, phone, no conflict of interest]</w:t>
      </w:r>
    </w:p>
    <w:p>
      <w:pPr>
        <w:spacing w:after="80"/>
      </w:pPr>
      <w:r>
        <w:rPr>
          <w:b w:val="0"/>
          <w:sz w:val="20"/>
        </w:rPr>
        <w:t>3. [Name, designation, institution, email, phone, no conflict of interest]</w:t>
      </w:r>
    </w:p>
    <w:p>
      <w:pPr>
        <w:spacing w:after="80"/>
      </w:pPr>
      <w:r>
        <w:rPr>
          <w:b w:val="0"/>
          <w:sz w:val="20"/>
        </w:rPr>
        <w:t>Sincerely,</w:t>
      </w:r>
    </w:p>
    <w:p>
      <w:pPr>
        <w:spacing w:after="80"/>
      </w:pPr>
      <w:r>
        <w:rPr>
          <w:b w:val="0"/>
          <w:sz w:val="20"/>
        </w:rPr>
        <w:t>[Corresponding Author Name]</w:t>
      </w:r>
    </w:p>
    <w:p>
      <w:pPr>
        <w:spacing w:after="80"/>
      </w:pPr>
      <w:r>
        <w:rPr>
          <w:b w:val="0"/>
          <w:sz w:val="20"/>
        </w:rPr>
        <w:t>[Institution]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Address: BMU, Shahbag, Dhaka, PO 1000  |  Email: info@jbscrs.com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07143F"/>
        <w:sz w:val="22"/>
      </w:rPr>
      <w:t>BSCRS Journal of Colon and Rectal Diseases</w:t>
    </w:r>
    <w:r>
      <w:rPr>
        <w:sz w:val="16"/>
      </w:rPr>
      <w:br/>
      <w:t>Official Journal Submission Template</w:t>
    </w:r>
    <w:r>
      <w:rPr>
        <w:sz w:val="8"/>
      </w:rPr>
      <w:b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